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61374" w14:textId="77777777" w:rsidR="002F6EC3" w:rsidRDefault="00A9480B">
      <w:pPr>
        <w:jc w:val="center"/>
      </w:pPr>
      <w:r>
        <w:rPr>
          <w:noProof/>
        </w:rPr>
        <w:drawing>
          <wp:inline distT="0" distB="0" distL="0" distR="0" wp14:anchorId="4BD7F85E" wp14:editId="37601B65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 LOGO 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24B5" w14:textId="77777777" w:rsidR="002F6EC3" w:rsidRDefault="00A9480B">
      <w:pPr>
        <w:jc w:val="center"/>
      </w:pPr>
      <w:r>
        <w:t>The Bull</w:t>
      </w:r>
      <w:r>
        <w:br/>
        <w:t>Church Road, Corringham, Essex SS17 9AT</w:t>
      </w:r>
      <w:r>
        <w:br/>
        <w:t>Tel: 01375 645000 • Email: info@bull-pub.co.uk</w:t>
      </w:r>
    </w:p>
    <w:p w14:paraId="239DE5E2" w14:textId="77777777" w:rsidR="002F6EC3" w:rsidRDefault="002F6EC3"/>
    <w:p w14:paraId="7B88D66E" w14:textId="77777777" w:rsidR="002F6EC3" w:rsidRDefault="00A9480B">
      <w:pPr>
        <w:jc w:val="center"/>
      </w:pPr>
      <w:r>
        <w:rPr>
          <w:b/>
          <w:sz w:val="32"/>
        </w:rPr>
        <w:t>Christmas Menu Pre-Order Sheet</w:t>
      </w:r>
    </w:p>
    <w:p w14:paraId="4B97372A" w14:textId="77777777" w:rsidR="002F6EC3" w:rsidRDefault="002F6E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7"/>
        <w:gridCol w:w="2158"/>
        <w:gridCol w:w="2157"/>
      </w:tblGrid>
      <w:tr w:rsidR="002F6EC3" w14:paraId="53B8814B" w14:textId="77777777">
        <w:tc>
          <w:tcPr>
            <w:tcW w:w="2160" w:type="dxa"/>
          </w:tcPr>
          <w:p w14:paraId="032C342F" w14:textId="77777777" w:rsidR="002F6EC3" w:rsidRDefault="00A9480B">
            <w:r>
              <w:t>Reservation Name</w:t>
            </w:r>
          </w:p>
        </w:tc>
        <w:tc>
          <w:tcPr>
            <w:tcW w:w="2160" w:type="dxa"/>
          </w:tcPr>
          <w:p w14:paraId="51DA8E18" w14:textId="77777777" w:rsidR="002F6EC3" w:rsidRDefault="002F6EC3"/>
        </w:tc>
        <w:tc>
          <w:tcPr>
            <w:tcW w:w="2160" w:type="dxa"/>
          </w:tcPr>
          <w:p w14:paraId="488A1034" w14:textId="77777777" w:rsidR="002F6EC3" w:rsidRDefault="00A9480B">
            <w:r>
              <w:t>Party Size</w:t>
            </w:r>
          </w:p>
        </w:tc>
        <w:tc>
          <w:tcPr>
            <w:tcW w:w="2160" w:type="dxa"/>
          </w:tcPr>
          <w:p w14:paraId="739C716E" w14:textId="77777777" w:rsidR="002F6EC3" w:rsidRDefault="002F6EC3"/>
        </w:tc>
      </w:tr>
      <w:tr w:rsidR="002F6EC3" w14:paraId="23CA0674" w14:textId="77777777">
        <w:tc>
          <w:tcPr>
            <w:tcW w:w="2160" w:type="dxa"/>
          </w:tcPr>
          <w:p w14:paraId="68450FA8" w14:textId="77777777" w:rsidR="002F6EC3" w:rsidRDefault="00A9480B">
            <w:r>
              <w:t>Date</w:t>
            </w:r>
          </w:p>
        </w:tc>
        <w:tc>
          <w:tcPr>
            <w:tcW w:w="2160" w:type="dxa"/>
          </w:tcPr>
          <w:p w14:paraId="3C769213" w14:textId="77777777" w:rsidR="002F6EC3" w:rsidRDefault="002F6EC3"/>
        </w:tc>
        <w:tc>
          <w:tcPr>
            <w:tcW w:w="2160" w:type="dxa"/>
          </w:tcPr>
          <w:p w14:paraId="2BCEA7EA" w14:textId="77777777" w:rsidR="002F6EC3" w:rsidRDefault="00A9480B">
            <w:r>
              <w:t>Time</w:t>
            </w:r>
          </w:p>
        </w:tc>
        <w:tc>
          <w:tcPr>
            <w:tcW w:w="2160" w:type="dxa"/>
          </w:tcPr>
          <w:p w14:paraId="320C7AA6" w14:textId="77777777" w:rsidR="002F6EC3" w:rsidRDefault="002F6EC3"/>
        </w:tc>
      </w:tr>
      <w:tr w:rsidR="002F6EC3" w14:paraId="081E825F" w14:textId="77777777">
        <w:tc>
          <w:tcPr>
            <w:tcW w:w="2160" w:type="dxa"/>
          </w:tcPr>
          <w:p w14:paraId="186642F2" w14:textId="77777777" w:rsidR="002F6EC3" w:rsidRDefault="00A9480B">
            <w:r>
              <w:t>Contact Number</w:t>
            </w:r>
          </w:p>
        </w:tc>
        <w:tc>
          <w:tcPr>
            <w:tcW w:w="2160" w:type="dxa"/>
          </w:tcPr>
          <w:p w14:paraId="2622F73C" w14:textId="77777777" w:rsidR="002F6EC3" w:rsidRDefault="002F6EC3"/>
        </w:tc>
        <w:tc>
          <w:tcPr>
            <w:tcW w:w="2160" w:type="dxa"/>
          </w:tcPr>
          <w:p w14:paraId="267390EA" w14:textId="77777777" w:rsidR="002F6EC3" w:rsidRDefault="00A9480B">
            <w:r>
              <w:t>Email</w:t>
            </w:r>
          </w:p>
        </w:tc>
        <w:tc>
          <w:tcPr>
            <w:tcW w:w="2160" w:type="dxa"/>
          </w:tcPr>
          <w:p w14:paraId="3A8B2BDD" w14:textId="77777777" w:rsidR="002F6EC3" w:rsidRDefault="002F6EC3"/>
        </w:tc>
      </w:tr>
    </w:tbl>
    <w:p w14:paraId="157C3C1F" w14:textId="77777777" w:rsidR="002F6EC3" w:rsidRDefault="00A9480B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726"/>
      </w:tblGrid>
      <w:tr w:rsidR="002F6EC3" w14:paraId="6D1F5754" w14:textId="77777777">
        <w:tc>
          <w:tcPr>
            <w:tcW w:w="1728" w:type="dxa"/>
          </w:tcPr>
          <w:p w14:paraId="5A1B4149" w14:textId="77777777" w:rsidR="002F6EC3" w:rsidRDefault="00A9480B">
            <w:r>
              <w:t>Guest Name</w:t>
            </w:r>
          </w:p>
        </w:tc>
        <w:tc>
          <w:tcPr>
            <w:tcW w:w="1728" w:type="dxa"/>
          </w:tcPr>
          <w:p w14:paraId="62A4670F" w14:textId="77777777" w:rsidR="002F6EC3" w:rsidRDefault="00A9480B">
            <w:r>
              <w:t>Starter</w:t>
            </w:r>
          </w:p>
        </w:tc>
        <w:tc>
          <w:tcPr>
            <w:tcW w:w="1728" w:type="dxa"/>
          </w:tcPr>
          <w:p w14:paraId="5812869C" w14:textId="77777777" w:rsidR="002F6EC3" w:rsidRDefault="00A9480B">
            <w:r>
              <w:t>Main</w:t>
            </w:r>
          </w:p>
        </w:tc>
        <w:tc>
          <w:tcPr>
            <w:tcW w:w="1728" w:type="dxa"/>
          </w:tcPr>
          <w:p w14:paraId="59C2F88B" w14:textId="77777777" w:rsidR="002F6EC3" w:rsidRDefault="00A9480B">
            <w:r>
              <w:t>Dessert</w:t>
            </w:r>
          </w:p>
        </w:tc>
        <w:tc>
          <w:tcPr>
            <w:tcW w:w="1728" w:type="dxa"/>
          </w:tcPr>
          <w:p w14:paraId="27C5DF96" w14:textId="77777777" w:rsidR="002F6EC3" w:rsidRDefault="00A9480B">
            <w:r>
              <w:t>Allergies / Notes</w:t>
            </w:r>
          </w:p>
        </w:tc>
      </w:tr>
      <w:tr w:rsidR="002F6EC3" w14:paraId="4FD201F0" w14:textId="77777777">
        <w:tc>
          <w:tcPr>
            <w:tcW w:w="1728" w:type="dxa"/>
          </w:tcPr>
          <w:p w14:paraId="6666298C" w14:textId="77777777" w:rsidR="002F6EC3" w:rsidRDefault="002F6EC3"/>
        </w:tc>
        <w:tc>
          <w:tcPr>
            <w:tcW w:w="1728" w:type="dxa"/>
          </w:tcPr>
          <w:p w14:paraId="7854DFC2" w14:textId="77777777" w:rsidR="002F6EC3" w:rsidRDefault="002F6EC3"/>
        </w:tc>
        <w:tc>
          <w:tcPr>
            <w:tcW w:w="1728" w:type="dxa"/>
          </w:tcPr>
          <w:p w14:paraId="6B191800" w14:textId="77777777" w:rsidR="002F6EC3" w:rsidRDefault="002F6EC3"/>
        </w:tc>
        <w:tc>
          <w:tcPr>
            <w:tcW w:w="1728" w:type="dxa"/>
          </w:tcPr>
          <w:p w14:paraId="3CBAA206" w14:textId="77777777" w:rsidR="002F6EC3" w:rsidRDefault="002F6EC3"/>
        </w:tc>
        <w:tc>
          <w:tcPr>
            <w:tcW w:w="1728" w:type="dxa"/>
          </w:tcPr>
          <w:p w14:paraId="5EE69AEB" w14:textId="77777777" w:rsidR="002F6EC3" w:rsidRDefault="002F6EC3"/>
        </w:tc>
      </w:tr>
      <w:tr w:rsidR="002F6EC3" w14:paraId="20A435B6" w14:textId="77777777">
        <w:tc>
          <w:tcPr>
            <w:tcW w:w="1728" w:type="dxa"/>
          </w:tcPr>
          <w:p w14:paraId="46A1227D" w14:textId="77777777" w:rsidR="002F6EC3" w:rsidRDefault="002F6EC3"/>
        </w:tc>
        <w:tc>
          <w:tcPr>
            <w:tcW w:w="1728" w:type="dxa"/>
          </w:tcPr>
          <w:p w14:paraId="2EB4E822" w14:textId="77777777" w:rsidR="002F6EC3" w:rsidRDefault="002F6EC3"/>
        </w:tc>
        <w:tc>
          <w:tcPr>
            <w:tcW w:w="1728" w:type="dxa"/>
          </w:tcPr>
          <w:p w14:paraId="6D3A2835" w14:textId="77777777" w:rsidR="002F6EC3" w:rsidRDefault="002F6EC3"/>
        </w:tc>
        <w:tc>
          <w:tcPr>
            <w:tcW w:w="1728" w:type="dxa"/>
          </w:tcPr>
          <w:p w14:paraId="6B255A82" w14:textId="77777777" w:rsidR="002F6EC3" w:rsidRDefault="002F6EC3"/>
        </w:tc>
        <w:tc>
          <w:tcPr>
            <w:tcW w:w="1728" w:type="dxa"/>
          </w:tcPr>
          <w:p w14:paraId="130E24BE" w14:textId="77777777" w:rsidR="002F6EC3" w:rsidRDefault="002F6EC3"/>
        </w:tc>
      </w:tr>
      <w:tr w:rsidR="002F6EC3" w14:paraId="17193EA8" w14:textId="77777777">
        <w:tc>
          <w:tcPr>
            <w:tcW w:w="1728" w:type="dxa"/>
          </w:tcPr>
          <w:p w14:paraId="56AD52CB" w14:textId="77777777" w:rsidR="002F6EC3" w:rsidRDefault="002F6EC3"/>
        </w:tc>
        <w:tc>
          <w:tcPr>
            <w:tcW w:w="1728" w:type="dxa"/>
          </w:tcPr>
          <w:p w14:paraId="524E211E" w14:textId="77777777" w:rsidR="002F6EC3" w:rsidRDefault="002F6EC3"/>
        </w:tc>
        <w:tc>
          <w:tcPr>
            <w:tcW w:w="1728" w:type="dxa"/>
          </w:tcPr>
          <w:p w14:paraId="1A5960E8" w14:textId="77777777" w:rsidR="002F6EC3" w:rsidRDefault="002F6EC3"/>
        </w:tc>
        <w:tc>
          <w:tcPr>
            <w:tcW w:w="1728" w:type="dxa"/>
          </w:tcPr>
          <w:p w14:paraId="71E7520F" w14:textId="77777777" w:rsidR="002F6EC3" w:rsidRDefault="002F6EC3"/>
        </w:tc>
        <w:tc>
          <w:tcPr>
            <w:tcW w:w="1728" w:type="dxa"/>
          </w:tcPr>
          <w:p w14:paraId="524408FA" w14:textId="77777777" w:rsidR="002F6EC3" w:rsidRDefault="002F6EC3"/>
        </w:tc>
      </w:tr>
      <w:tr w:rsidR="002F6EC3" w14:paraId="7D9BED41" w14:textId="77777777">
        <w:tc>
          <w:tcPr>
            <w:tcW w:w="1728" w:type="dxa"/>
          </w:tcPr>
          <w:p w14:paraId="3E8572B9" w14:textId="77777777" w:rsidR="002F6EC3" w:rsidRDefault="002F6EC3"/>
        </w:tc>
        <w:tc>
          <w:tcPr>
            <w:tcW w:w="1728" w:type="dxa"/>
          </w:tcPr>
          <w:p w14:paraId="208EE5D2" w14:textId="77777777" w:rsidR="002F6EC3" w:rsidRDefault="002F6EC3"/>
        </w:tc>
        <w:tc>
          <w:tcPr>
            <w:tcW w:w="1728" w:type="dxa"/>
          </w:tcPr>
          <w:p w14:paraId="25136F20" w14:textId="77777777" w:rsidR="002F6EC3" w:rsidRDefault="002F6EC3"/>
        </w:tc>
        <w:tc>
          <w:tcPr>
            <w:tcW w:w="1728" w:type="dxa"/>
          </w:tcPr>
          <w:p w14:paraId="759ADD30" w14:textId="77777777" w:rsidR="002F6EC3" w:rsidRDefault="002F6EC3"/>
        </w:tc>
        <w:tc>
          <w:tcPr>
            <w:tcW w:w="1728" w:type="dxa"/>
          </w:tcPr>
          <w:p w14:paraId="51246DFA" w14:textId="77777777" w:rsidR="002F6EC3" w:rsidRDefault="002F6EC3"/>
        </w:tc>
      </w:tr>
      <w:tr w:rsidR="002F6EC3" w14:paraId="4FD8DFE7" w14:textId="77777777">
        <w:tc>
          <w:tcPr>
            <w:tcW w:w="1728" w:type="dxa"/>
          </w:tcPr>
          <w:p w14:paraId="61E9C3DB" w14:textId="77777777" w:rsidR="002F6EC3" w:rsidRDefault="002F6EC3"/>
        </w:tc>
        <w:tc>
          <w:tcPr>
            <w:tcW w:w="1728" w:type="dxa"/>
          </w:tcPr>
          <w:p w14:paraId="600BA277" w14:textId="77777777" w:rsidR="002F6EC3" w:rsidRDefault="002F6EC3"/>
        </w:tc>
        <w:tc>
          <w:tcPr>
            <w:tcW w:w="1728" w:type="dxa"/>
          </w:tcPr>
          <w:p w14:paraId="39649D60" w14:textId="77777777" w:rsidR="002F6EC3" w:rsidRDefault="002F6EC3"/>
        </w:tc>
        <w:tc>
          <w:tcPr>
            <w:tcW w:w="1728" w:type="dxa"/>
          </w:tcPr>
          <w:p w14:paraId="63F64629" w14:textId="77777777" w:rsidR="002F6EC3" w:rsidRDefault="002F6EC3"/>
        </w:tc>
        <w:tc>
          <w:tcPr>
            <w:tcW w:w="1728" w:type="dxa"/>
          </w:tcPr>
          <w:p w14:paraId="79EE8E60" w14:textId="77777777" w:rsidR="002F6EC3" w:rsidRDefault="002F6EC3"/>
        </w:tc>
      </w:tr>
      <w:tr w:rsidR="002F6EC3" w14:paraId="56F1AA48" w14:textId="77777777">
        <w:tc>
          <w:tcPr>
            <w:tcW w:w="1728" w:type="dxa"/>
          </w:tcPr>
          <w:p w14:paraId="4E127177" w14:textId="77777777" w:rsidR="002F6EC3" w:rsidRDefault="002F6EC3"/>
        </w:tc>
        <w:tc>
          <w:tcPr>
            <w:tcW w:w="1728" w:type="dxa"/>
          </w:tcPr>
          <w:p w14:paraId="3497C630" w14:textId="77777777" w:rsidR="002F6EC3" w:rsidRDefault="002F6EC3"/>
        </w:tc>
        <w:tc>
          <w:tcPr>
            <w:tcW w:w="1728" w:type="dxa"/>
          </w:tcPr>
          <w:p w14:paraId="3D9ADEC1" w14:textId="77777777" w:rsidR="002F6EC3" w:rsidRDefault="002F6EC3"/>
        </w:tc>
        <w:tc>
          <w:tcPr>
            <w:tcW w:w="1728" w:type="dxa"/>
          </w:tcPr>
          <w:p w14:paraId="7960583E" w14:textId="77777777" w:rsidR="002F6EC3" w:rsidRDefault="002F6EC3"/>
        </w:tc>
        <w:tc>
          <w:tcPr>
            <w:tcW w:w="1728" w:type="dxa"/>
          </w:tcPr>
          <w:p w14:paraId="00264354" w14:textId="77777777" w:rsidR="002F6EC3" w:rsidRDefault="002F6EC3"/>
        </w:tc>
      </w:tr>
      <w:tr w:rsidR="002F6EC3" w14:paraId="1EDED20E" w14:textId="77777777">
        <w:tc>
          <w:tcPr>
            <w:tcW w:w="1728" w:type="dxa"/>
          </w:tcPr>
          <w:p w14:paraId="101E71EA" w14:textId="77777777" w:rsidR="002F6EC3" w:rsidRDefault="002F6EC3"/>
        </w:tc>
        <w:tc>
          <w:tcPr>
            <w:tcW w:w="1728" w:type="dxa"/>
          </w:tcPr>
          <w:p w14:paraId="7B04D321" w14:textId="77777777" w:rsidR="002F6EC3" w:rsidRDefault="002F6EC3"/>
        </w:tc>
        <w:tc>
          <w:tcPr>
            <w:tcW w:w="1728" w:type="dxa"/>
          </w:tcPr>
          <w:p w14:paraId="032490E1" w14:textId="77777777" w:rsidR="002F6EC3" w:rsidRDefault="002F6EC3"/>
        </w:tc>
        <w:tc>
          <w:tcPr>
            <w:tcW w:w="1728" w:type="dxa"/>
          </w:tcPr>
          <w:p w14:paraId="2CD6ACD4" w14:textId="77777777" w:rsidR="002F6EC3" w:rsidRDefault="002F6EC3"/>
        </w:tc>
        <w:tc>
          <w:tcPr>
            <w:tcW w:w="1728" w:type="dxa"/>
          </w:tcPr>
          <w:p w14:paraId="42B1177C" w14:textId="77777777" w:rsidR="002F6EC3" w:rsidRDefault="002F6EC3"/>
        </w:tc>
      </w:tr>
      <w:tr w:rsidR="002F6EC3" w14:paraId="6262003F" w14:textId="77777777">
        <w:tc>
          <w:tcPr>
            <w:tcW w:w="1728" w:type="dxa"/>
          </w:tcPr>
          <w:p w14:paraId="652D2D0A" w14:textId="77777777" w:rsidR="002F6EC3" w:rsidRDefault="002F6EC3"/>
        </w:tc>
        <w:tc>
          <w:tcPr>
            <w:tcW w:w="1728" w:type="dxa"/>
          </w:tcPr>
          <w:p w14:paraId="1125BD31" w14:textId="77777777" w:rsidR="002F6EC3" w:rsidRDefault="002F6EC3"/>
        </w:tc>
        <w:tc>
          <w:tcPr>
            <w:tcW w:w="1728" w:type="dxa"/>
          </w:tcPr>
          <w:p w14:paraId="6FD7AB22" w14:textId="77777777" w:rsidR="002F6EC3" w:rsidRDefault="002F6EC3"/>
        </w:tc>
        <w:tc>
          <w:tcPr>
            <w:tcW w:w="1728" w:type="dxa"/>
          </w:tcPr>
          <w:p w14:paraId="3FCD293E" w14:textId="77777777" w:rsidR="002F6EC3" w:rsidRDefault="002F6EC3"/>
        </w:tc>
        <w:tc>
          <w:tcPr>
            <w:tcW w:w="1728" w:type="dxa"/>
          </w:tcPr>
          <w:p w14:paraId="3CB40CF6" w14:textId="77777777" w:rsidR="002F6EC3" w:rsidRDefault="002F6EC3"/>
        </w:tc>
      </w:tr>
      <w:tr w:rsidR="002F6EC3" w14:paraId="0A0ED117" w14:textId="77777777">
        <w:tc>
          <w:tcPr>
            <w:tcW w:w="1728" w:type="dxa"/>
          </w:tcPr>
          <w:p w14:paraId="64B06AA5" w14:textId="77777777" w:rsidR="002F6EC3" w:rsidRDefault="002F6EC3"/>
        </w:tc>
        <w:tc>
          <w:tcPr>
            <w:tcW w:w="1728" w:type="dxa"/>
          </w:tcPr>
          <w:p w14:paraId="5EF81C26" w14:textId="77777777" w:rsidR="002F6EC3" w:rsidRDefault="002F6EC3"/>
        </w:tc>
        <w:tc>
          <w:tcPr>
            <w:tcW w:w="1728" w:type="dxa"/>
          </w:tcPr>
          <w:p w14:paraId="6F5CC055" w14:textId="77777777" w:rsidR="002F6EC3" w:rsidRDefault="002F6EC3"/>
        </w:tc>
        <w:tc>
          <w:tcPr>
            <w:tcW w:w="1728" w:type="dxa"/>
          </w:tcPr>
          <w:p w14:paraId="544B779C" w14:textId="77777777" w:rsidR="002F6EC3" w:rsidRDefault="002F6EC3"/>
        </w:tc>
        <w:tc>
          <w:tcPr>
            <w:tcW w:w="1728" w:type="dxa"/>
          </w:tcPr>
          <w:p w14:paraId="6E3889E4" w14:textId="77777777" w:rsidR="002F6EC3" w:rsidRDefault="002F6EC3"/>
        </w:tc>
      </w:tr>
      <w:tr w:rsidR="002F6EC3" w14:paraId="6567DF45" w14:textId="77777777">
        <w:tc>
          <w:tcPr>
            <w:tcW w:w="1728" w:type="dxa"/>
          </w:tcPr>
          <w:p w14:paraId="75780A23" w14:textId="77777777" w:rsidR="002F6EC3" w:rsidRDefault="002F6EC3"/>
        </w:tc>
        <w:tc>
          <w:tcPr>
            <w:tcW w:w="1728" w:type="dxa"/>
          </w:tcPr>
          <w:p w14:paraId="1929D60E" w14:textId="77777777" w:rsidR="002F6EC3" w:rsidRDefault="002F6EC3"/>
        </w:tc>
        <w:tc>
          <w:tcPr>
            <w:tcW w:w="1728" w:type="dxa"/>
          </w:tcPr>
          <w:p w14:paraId="75059BF1" w14:textId="77777777" w:rsidR="002F6EC3" w:rsidRDefault="002F6EC3"/>
        </w:tc>
        <w:tc>
          <w:tcPr>
            <w:tcW w:w="1728" w:type="dxa"/>
          </w:tcPr>
          <w:p w14:paraId="733C69FA" w14:textId="77777777" w:rsidR="002F6EC3" w:rsidRDefault="002F6EC3"/>
        </w:tc>
        <w:tc>
          <w:tcPr>
            <w:tcW w:w="1728" w:type="dxa"/>
          </w:tcPr>
          <w:p w14:paraId="6FBA9EB8" w14:textId="77777777" w:rsidR="002F6EC3" w:rsidRDefault="002F6EC3"/>
        </w:tc>
      </w:tr>
      <w:tr w:rsidR="002F6EC3" w14:paraId="65142830" w14:textId="77777777">
        <w:tc>
          <w:tcPr>
            <w:tcW w:w="1728" w:type="dxa"/>
          </w:tcPr>
          <w:p w14:paraId="5CED3F98" w14:textId="77777777" w:rsidR="002F6EC3" w:rsidRDefault="002F6EC3"/>
        </w:tc>
        <w:tc>
          <w:tcPr>
            <w:tcW w:w="1728" w:type="dxa"/>
          </w:tcPr>
          <w:p w14:paraId="14AD88C8" w14:textId="77777777" w:rsidR="002F6EC3" w:rsidRDefault="002F6EC3"/>
        </w:tc>
        <w:tc>
          <w:tcPr>
            <w:tcW w:w="1728" w:type="dxa"/>
          </w:tcPr>
          <w:p w14:paraId="60651CF9" w14:textId="77777777" w:rsidR="002F6EC3" w:rsidRDefault="002F6EC3"/>
        </w:tc>
        <w:tc>
          <w:tcPr>
            <w:tcW w:w="1728" w:type="dxa"/>
          </w:tcPr>
          <w:p w14:paraId="22155EC4" w14:textId="77777777" w:rsidR="002F6EC3" w:rsidRDefault="002F6EC3"/>
        </w:tc>
        <w:tc>
          <w:tcPr>
            <w:tcW w:w="1728" w:type="dxa"/>
          </w:tcPr>
          <w:p w14:paraId="28E144AB" w14:textId="77777777" w:rsidR="002F6EC3" w:rsidRDefault="002F6EC3"/>
        </w:tc>
      </w:tr>
      <w:tr w:rsidR="002F6EC3" w14:paraId="53B9591E" w14:textId="77777777">
        <w:tc>
          <w:tcPr>
            <w:tcW w:w="1728" w:type="dxa"/>
          </w:tcPr>
          <w:p w14:paraId="5156B1FF" w14:textId="77777777" w:rsidR="002F6EC3" w:rsidRDefault="002F6EC3"/>
        </w:tc>
        <w:tc>
          <w:tcPr>
            <w:tcW w:w="1728" w:type="dxa"/>
          </w:tcPr>
          <w:p w14:paraId="05F76772" w14:textId="77777777" w:rsidR="002F6EC3" w:rsidRDefault="002F6EC3"/>
        </w:tc>
        <w:tc>
          <w:tcPr>
            <w:tcW w:w="1728" w:type="dxa"/>
          </w:tcPr>
          <w:p w14:paraId="7F4831CA" w14:textId="77777777" w:rsidR="002F6EC3" w:rsidRDefault="002F6EC3"/>
        </w:tc>
        <w:tc>
          <w:tcPr>
            <w:tcW w:w="1728" w:type="dxa"/>
          </w:tcPr>
          <w:p w14:paraId="0FAB0720" w14:textId="77777777" w:rsidR="002F6EC3" w:rsidRDefault="002F6EC3"/>
        </w:tc>
        <w:tc>
          <w:tcPr>
            <w:tcW w:w="1728" w:type="dxa"/>
          </w:tcPr>
          <w:p w14:paraId="2F3D0A1A" w14:textId="77777777" w:rsidR="002F6EC3" w:rsidRDefault="002F6EC3"/>
        </w:tc>
      </w:tr>
      <w:tr w:rsidR="002F6EC3" w14:paraId="35567CE5" w14:textId="77777777">
        <w:tc>
          <w:tcPr>
            <w:tcW w:w="1728" w:type="dxa"/>
          </w:tcPr>
          <w:p w14:paraId="089CAD4B" w14:textId="77777777" w:rsidR="002F6EC3" w:rsidRDefault="002F6EC3"/>
        </w:tc>
        <w:tc>
          <w:tcPr>
            <w:tcW w:w="1728" w:type="dxa"/>
          </w:tcPr>
          <w:p w14:paraId="7DB0BE1B" w14:textId="77777777" w:rsidR="002F6EC3" w:rsidRDefault="002F6EC3"/>
        </w:tc>
        <w:tc>
          <w:tcPr>
            <w:tcW w:w="1728" w:type="dxa"/>
          </w:tcPr>
          <w:p w14:paraId="007A03EE" w14:textId="77777777" w:rsidR="002F6EC3" w:rsidRDefault="002F6EC3"/>
        </w:tc>
        <w:tc>
          <w:tcPr>
            <w:tcW w:w="1728" w:type="dxa"/>
          </w:tcPr>
          <w:p w14:paraId="63F56726" w14:textId="77777777" w:rsidR="002F6EC3" w:rsidRDefault="002F6EC3"/>
        </w:tc>
        <w:tc>
          <w:tcPr>
            <w:tcW w:w="1728" w:type="dxa"/>
          </w:tcPr>
          <w:p w14:paraId="588304A8" w14:textId="77777777" w:rsidR="002F6EC3" w:rsidRDefault="002F6EC3"/>
        </w:tc>
      </w:tr>
      <w:tr w:rsidR="002F6EC3" w14:paraId="2A257C32" w14:textId="77777777">
        <w:tc>
          <w:tcPr>
            <w:tcW w:w="1728" w:type="dxa"/>
          </w:tcPr>
          <w:p w14:paraId="52022B31" w14:textId="77777777" w:rsidR="002F6EC3" w:rsidRDefault="002F6EC3"/>
        </w:tc>
        <w:tc>
          <w:tcPr>
            <w:tcW w:w="1728" w:type="dxa"/>
          </w:tcPr>
          <w:p w14:paraId="383FD403" w14:textId="77777777" w:rsidR="002F6EC3" w:rsidRDefault="002F6EC3"/>
        </w:tc>
        <w:tc>
          <w:tcPr>
            <w:tcW w:w="1728" w:type="dxa"/>
          </w:tcPr>
          <w:p w14:paraId="03B54F6F" w14:textId="77777777" w:rsidR="002F6EC3" w:rsidRDefault="002F6EC3"/>
        </w:tc>
        <w:tc>
          <w:tcPr>
            <w:tcW w:w="1728" w:type="dxa"/>
          </w:tcPr>
          <w:p w14:paraId="5DB50EB8" w14:textId="77777777" w:rsidR="002F6EC3" w:rsidRDefault="002F6EC3"/>
        </w:tc>
        <w:tc>
          <w:tcPr>
            <w:tcW w:w="1728" w:type="dxa"/>
          </w:tcPr>
          <w:p w14:paraId="060287EE" w14:textId="77777777" w:rsidR="002F6EC3" w:rsidRDefault="002F6EC3"/>
        </w:tc>
      </w:tr>
      <w:tr w:rsidR="002F6EC3" w14:paraId="09E08F87" w14:textId="77777777">
        <w:tc>
          <w:tcPr>
            <w:tcW w:w="1728" w:type="dxa"/>
          </w:tcPr>
          <w:p w14:paraId="7B1A4F9F" w14:textId="77777777" w:rsidR="002F6EC3" w:rsidRDefault="002F6EC3"/>
        </w:tc>
        <w:tc>
          <w:tcPr>
            <w:tcW w:w="1728" w:type="dxa"/>
          </w:tcPr>
          <w:p w14:paraId="3B6D6F36" w14:textId="77777777" w:rsidR="002F6EC3" w:rsidRDefault="002F6EC3"/>
        </w:tc>
        <w:tc>
          <w:tcPr>
            <w:tcW w:w="1728" w:type="dxa"/>
          </w:tcPr>
          <w:p w14:paraId="70504C8C" w14:textId="77777777" w:rsidR="002F6EC3" w:rsidRDefault="002F6EC3"/>
        </w:tc>
        <w:tc>
          <w:tcPr>
            <w:tcW w:w="1728" w:type="dxa"/>
          </w:tcPr>
          <w:p w14:paraId="53958035" w14:textId="77777777" w:rsidR="002F6EC3" w:rsidRDefault="002F6EC3"/>
        </w:tc>
        <w:tc>
          <w:tcPr>
            <w:tcW w:w="1728" w:type="dxa"/>
          </w:tcPr>
          <w:p w14:paraId="29645A15" w14:textId="77777777" w:rsidR="002F6EC3" w:rsidRDefault="002F6EC3"/>
        </w:tc>
      </w:tr>
      <w:tr w:rsidR="002F6EC3" w14:paraId="3A95D6FF" w14:textId="77777777">
        <w:tc>
          <w:tcPr>
            <w:tcW w:w="1728" w:type="dxa"/>
          </w:tcPr>
          <w:p w14:paraId="06EEF4DB" w14:textId="77777777" w:rsidR="002F6EC3" w:rsidRDefault="002F6EC3"/>
        </w:tc>
        <w:tc>
          <w:tcPr>
            <w:tcW w:w="1728" w:type="dxa"/>
          </w:tcPr>
          <w:p w14:paraId="18341BA0" w14:textId="77777777" w:rsidR="002F6EC3" w:rsidRDefault="002F6EC3"/>
        </w:tc>
        <w:tc>
          <w:tcPr>
            <w:tcW w:w="1728" w:type="dxa"/>
          </w:tcPr>
          <w:p w14:paraId="22148718" w14:textId="77777777" w:rsidR="002F6EC3" w:rsidRDefault="002F6EC3"/>
        </w:tc>
        <w:tc>
          <w:tcPr>
            <w:tcW w:w="1728" w:type="dxa"/>
          </w:tcPr>
          <w:p w14:paraId="088F5F84" w14:textId="77777777" w:rsidR="002F6EC3" w:rsidRDefault="002F6EC3"/>
        </w:tc>
        <w:tc>
          <w:tcPr>
            <w:tcW w:w="1728" w:type="dxa"/>
          </w:tcPr>
          <w:p w14:paraId="7F4FFC7A" w14:textId="77777777" w:rsidR="002F6EC3" w:rsidRDefault="002F6EC3"/>
        </w:tc>
      </w:tr>
      <w:tr w:rsidR="002F6EC3" w14:paraId="306C6E81" w14:textId="77777777">
        <w:tc>
          <w:tcPr>
            <w:tcW w:w="1728" w:type="dxa"/>
          </w:tcPr>
          <w:p w14:paraId="2165C616" w14:textId="77777777" w:rsidR="002F6EC3" w:rsidRDefault="002F6EC3"/>
        </w:tc>
        <w:tc>
          <w:tcPr>
            <w:tcW w:w="1728" w:type="dxa"/>
          </w:tcPr>
          <w:p w14:paraId="586CFE7A" w14:textId="77777777" w:rsidR="002F6EC3" w:rsidRDefault="002F6EC3"/>
        </w:tc>
        <w:tc>
          <w:tcPr>
            <w:tcW w:w="1728" w:type="dxa"/>
          </w:tcPr>
          <w:p w14:paraId="686B68E8" w14:textId="77777777" w:rsidR="002F6EC3" w:rsidRDefault="002F6EC3"/>
        </w:tc>
        <w:tc>
          <w:tcPr>
            <w:tcW w:w="1728" w:type="dxa"/>
          </w:tcPr>
          <w:p w14:paraId="7BA47D45" w14:textId="77777777" w:rsidR="002F6EC3" w:rsidRDefault="002F6EC3"/>
        </w:tc>
        <w:tc>
          <w:tcPr>
            <w:tcW w:w="1728" w:type="dxa"/>
          </w:tcPr>
          <w:p w14:paraId="7066BCF8" w14:textId="77777777" w:rsidR="002F6EC3" w:rsidRDefault="002F6EC3"/>
        </w:tc>
      </w:tr>
      <w:tr w:rsidR="002F6EC3" w14:paraId="53FC8882" w14:textId="77777777">
        <w:tc>
          <w:tcPr>
            <w:tcW w:w="1728" w:type="dxa"/>
          </w:tcPr>
          <w:p w14:paraId="4AD820CE" w14:textId="77777777" w:rsidR="002F6EC3" w:rsidRDefault="002F6EC3"/>
        </w:tc>
        <w:tc>
          <w:tcPr>
            <w:tcW w:w="1728" w:type="dxa"/>
          </w:tcPr>
          <w:p w14:paraId="606F65C9" w14:textId="77777777" w:rsidR="002F6EC3" w:rsidRDefault="002F6EC3"/>
        </w:tc>
        <w:tc>
          <w:tcPr>
            <w:tcW w:w="1728" w:type="dxa"/>
          </w:tcPr>
          <w:p w14:paraId="2CA0BFE4" w14:textId="77777777" w:rsidR="002F6EC3" w:rsidRDefault="002F6EC3"/>
        </w:tc>
        <w:tc>
          <w:tcPr>
            <w:tcW w:w="1728" w:type="dxa"/>
          </w:tcPr>
          <w:p w14:paraId="2DEE4893" w14:textId="77777777" w:rsidR="002F6EC3" w:rsidRDefault="002F6EC3"/>
        </w:tc>
        <w:tc>
          <w:tcPr>
            <w:tcW w:w="1728" w:type="dxa"/>
          </w:tcPr>
          <w:p w14:paraId="2962F277" w14:textId="77777777" w:rsidR="002F6EC3" w:rsidRDefault="002F6EC3"/>
        </w:tc>
      </w:tr>
      <w:tr w:rsidR="002F6EC3" w14:paraId="395278AF" w14:textId="77777777">
        <w:tc>
          <w:tcPr>
            <w:tcW w:w="1728" w:type="dxa"/>
          </w:tcPr>
          <w:p w14:paraId="1A0DD5CB" w14:textId="77777777" w:rsidR="002F6EC3" w:rsidRDefault="002F6EC3"/>
        </w:tc>
        <w:tc>
          <w:tcPr>
            <w:tcW w:w="1728" w:type="dxa"/>
          </w:tcPr>
          <w:p w14:paraId="1FCF9C2C" w14:textId="77777777" w:rsidR="002F6EC3" w:rsidRDefault="002F6EC3"/>
        </w:tc>
        <w:tc>
          <w:tcPr>
            <w:tcW w:w="1728" w:type="dxa"/>
          </w:tcPr>
          <w:p w14:paraId="7AA70C23" w14:textId="77777777" w:rsidR="002F6EC3" w:rsidRDefault="002F6EC3"/>
        </w:tc>
        <w:tc>
          <w:tcPr>
            <w:tcW w:w="1728" w:type="dxa"/>
          </w:tcPr>
          <w:p w14:paraId="758997D8" w14:textId="77777777" w:rsidR="002F6EC3" w:rsidRDefault="002F6EC3"/>
        </w:tc>
        <w:tc>
          <w:tcPr>
            <w:tcW w:w="1728" w:type="dxa"/>
          </w:tcPr>
          <w:p w14:paraId="3A93207F" w14:textId="77777777" w:rsidR="002F6EC3" w:rsidRDefault="002F6EC3"/>
        </w:tc>
      </w:tr>
      <w:tr w:rsidR="002F6EC3" w14:paraId="6F51C681" w14:textId="77777777">
        <w:tc>
          <w:tcPr>
            <w:tcW w:w="1728" w:type="dxa"/>
          </w:tcPr>
          <w:p w14:paraId="2BECB588" w14:textId="77777777" w:rsidR="002F6EC3" w:rsidRDefault="002F6EC3"/>
        </w:tc>
        <w:tc>
          <w:tcPr>
            <w:tcW w:w="1728" w:type="dxa"/>
          </w:tcPr>
          <w:p w14:paraId="32FCE1B9" w14:textId="77777777" w:rsidR="002F6EC3" w:rsidRDefault="002F6EC3"/>
        </w:tc>
        <w:tc>
          <w:tcPr>
            <w:tcW w:w="1728" w:type="dxa"/>
          </w:tcPr>
          <w:p w14:paraId="2A6C3C57" w14:textId="77777777" w:rsidR="002F6EC3" w:rsidRDefault="002F6EC3"/>
        </w:tc>
        <w:tc>
          <w:tcPr>
            <w:tcW w:w="1728" w:type="dxa"/>
          </w:tcPr>
          <w:p w14:paraId="1553B00C" w14:textId="77777777" w:rsidR="002F6EC3" w:rsidRDefault="002F6EC3"/>
        </w:tc>
        <w:tc>
          <w:tcPr>
            <w:tcW w:w="1728" w:type="dxa"/>
          </w:tcPr>
          <w:p w14:paraId="4695790D" w14:textId="77777777" w:rsidR="002F6EC3" w:rsidRDefault="002F6EC3"/>
        </w:tc>
      </w:tr>
    </w:tbl>
    <w:p w14:paraId="2F393A73" w14:textId="77777777" w:rsidR="002F6EC3" w:rsidRDefault="00A9480B">
      <w:r>
        <w:t xml:space="preserve"> </w:t>
      </w:r>
    </w:p>
    <w:p w14:paraId="418423B8" w14:textId="0C9043A7" w:rsidR="002F6EC3" w:rsidRDefault="00A9480B">
      <w:r>
        <w:rPr>
          <w:b/>
        </w:rPr>
        <w:lastRenderedPageBreak/>
        <w:t xml:space="preserve">Menu Reference </w:t>
      </w:r>
    </w:p>
    <w:p w14:paraId="055B30CD" w14:textId="77777777" w:rsidR="002F6EC3" w:rsidRDefault="00A9480B">
      <w:r>
        <w:rPr>
          <w:b/>
        </w:rPr>
        <w:t>Starters:</w:t>
      </w:r>
    </w:p>
    <w:p w14:paraId="166BCB9E" w14:textId="60D91D68" w:rsidR="002F6EC3" w:rsidRDefault="00A9480B">
      <w:r>
        <w:t xml:space="preserve"> – Tomato &amp; Basil Soup (With fresh bread and butter)</w:t>
      </w:r>
    </w:p>
    <w:p w14:paraId="406F2724" w14:textId="044A1519" w:rsidR="002F6EC3" w:rsidRDefault="00A9480B">
      <w:r>
        <w:t>– Chicken Liver Pâté (Warm crusty breads, red onion marmalade)</w:t>
      </w:r>
    </w:p>
    <w:p w14:paraId="033D7982" w14:textId="1A9C532B" w:rsidR="002F6EC3" w:rsidRDefault="00A9480B">
      <w:r>
        <w:t xml:space="preserve"> – King Prawn &amp; Crab Salad (Topped with a Marie Rose sauce)</w:t>
      </w:r>
    </w:p>
    <w:p w14:paraId="686B1324" w14:textId="7B4934B9" w:rsidR="002F6EC3" w:rsidRDefault="00A9480B">
      <w:r>
        <w:t>– Deep-Fried Brie Wedges (With cranberry &amp; red onion chutney)</w:t>
      </w:r>
    </w:p>
    <w:p w14:paraId="6ECA3EA5" w14:textId="77777777" w:rsidR="002F6EC3" w:rsidRDefault="00A9480B">
      <w:r>
        <w:rPr>
          <w:b/>
        </w:rPr>
        <w:t>Mains:</w:t>
      </w:r>
    </w:p>
    <w:p w14:paraId="5FD2265E" w14:textId="27C5BC45" w:rsidR="002F6EC3" w:rsidRDefault="00A9480B">
      <w:r>
        <w:t xml:space="preserve"> – Festive Turkey Crown Roast (Smoked bacon pigs in blankets, roast potatoes, pork sage &amp; onion stuffing, gravy)</w:t>
      </w:r>
    </w:p>
    <w:p w14:paraId="1C16C9AE" w14:textId="6AB18736" w:rsidR="002F6EC3" w:rsidRDefault="00A9480B">
      <w:r>
        <w:t xml:space="preserve"> – Roast Leg of Lamb (Pork sage &amp; onion stuffing, Yorkshire pudding, </w:t>
      </w:r>
      <w:r w:rsidR="00905A40">
        <w:t xml:space="preserve">roast potatoes, </w:t>
      </w:r>
      <w:r>
        <w:t>gravy)</w:t>
      </w:r>
    </w:p>
    <w:p w14:paraId="3143D069" w14:textId="15DDC2CA" w:rsidR="002F6EC3" w:rsidRDefault="00A9480B">
      <w:r>
        <w:t xml:space="preserve"> – Roast Chicken Breast (Chasseur sauce, roast potatoes)</w:t>
      </w:r>
    </w:p>
    <w:p w14:paraId="119F0877" w14:textId="668211D7" w:rsidR="002F6EC3" w:rsidRDefault="00A9480B">
      <w:r>
        <w:t xml:space="preserve"> – Grilled Seabass Fillets (Crushed herby potatoes</w:t>
      </w:r>
      <w:r w:rsidR="00905A40">
        <w:t xml:space="preserve"> and a</w:t>
      </w:r>
      <w:r>
        <w:t xml:space="preserve"> prawn &amp; garlic butter)</w:t>
      </w:r>
    </w:p>
    <w:p w14:paraId="1D14792D" w14:textId="664574FE" w:rsidR="002F6EC3" w:rsidRDefault="00A9480B">
      <w:r>
        <w:t xml:space="preserve"> – Vegetable &amp; Goats Cheese En-Croûte (Roasted vegetables, goats cheese in puff pastry, tomato garlic sauce, roast potatoes)</w:t>
      </w:r>
    </w:p>
    <w:p w14:paraId="357972D0" w14:textId="77777777" w:rsidR="002F6EC3" w:rsidRDefault="00A9480B">
      <w:r>
        <w:rPr>
          <w:b/>
        </w:rPr>
        <w:t>Desserts:</w:t>
      </w:r>
    </w:p>
    <w:p w14:paraId="0F3669A3" w14:textId="11A6275E" w:rsidR="002F6EC3" w:rsidRDefault="00A9480B">
      <w:r>
        <w:t>– Individual Christmas Pudding (Brandy mascarpone cream)</w:t>
      </w:r>
    </w:p>
    <w:p w14:paraId="357F3E0D" w14:textId="2E40F4A0" w:rsidR="002F6EC3" w:rsidRDefault="00A9480B">
      <w:r>
        <w:t>– Apple &amp; Cinnamon Crumble (Served with custard)</w:t>
      </w:r>
    </w:p>
    <w:p w14:paraId="6D7C3629" w14:textId="0CF56FCD" w:rsidR="002F6EC3" w:rsidRDefault="00A9480B">
      <w:r>
        <w:t>– Strawberry &amp; White Chocolate Mousse (With shortbread biscuit)</w:t>
      </w:r>
    </w:p>
    <w:p w14:paraId="5136C100" w14:textId="3ECEBE80" w:rsidR="002F6EC3" w:rsidRDefault="00A9480B">
      <w:r>
        <w:t>– Lemon Curd Cheesecake (With vanilla ice cream)</w:t>
      </w:r>
    </w:p>
    <w:p w14:paraId="3C96EB73" w14:textId="1C6F02BA" w:rsidR="002F6EC3" w:rsidRDefault="00A9480B">
      <w:r>
        <w:t>– Festive Cheese Board (With crackers &amp; chutney (£3 supplement))</w:t>
      </w:r>
    </w:p>
    <w:p w14:paraId="04D37B70" w14:textId="77777777" w:rsidR="002F6EC3" w:rsidRDefault="00A9480B">
      <w:r>
        <w:t xml:space="preserve"> </w:t>
      </w:r>
    </w:p>
    <w:p w14:paraId="4033374D" w14:textId="77777777" w:rsidR="002F6EC3" w:rsidRDefault="00A9480B">
      <w:r>
        <w:rPr>
          <w:b/>
        </w:rPr>
        <w:t>Booking &amp; Pre-Order Terms</w:t>
      </w:r>
    </w:p>
    <w:p w14:paraId="07DD66FC" w14:textId="77777777" w:rsidR="002F6EC3" w:rsidRDefault="00A9480B">
      <w:r>
        <w:t>• £5.00 per person deposit required to secure booking.</w:t>
      </w:r>
    </w:p>
    <w:p w14:paraId="53C47523" w14:textId="77777777" w:rsidR="002F6EC3" w:rsidRDefault="00A9480B">
      <w:r>
        <w:t>• 48-hour cancellation policy.</w:t>
      </w:r>
    </w:p>
    <w:p w14:paraId="32CEA445" w14:textId="237EFACE" w:rsidR="002F6EC3" w:rsidRDefault="00A9480B">
      <w:r>
        <w:t xml:space="preserve">• Service charge will be added to </w:t>
      </w:r>
      <w:r w:rsidR="00905A40">
        <w:t xml:space="preserve">tables of 6 people and over. </w:t>
      </w:r>
    </w:p>
    <w:p w14:paraId="31B019BB" w14:textId="4A11AEE7" w:rsidR="002F6EC3" w:rsidRDefault="002F6EC3" w:rsidP="001431B7"/>
    <w:sectPr w:rsidR="002F6EC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67752963">
    <w:abstractNumId w:val="8"/>
  </w:num>
  <w:num w:numId="2" w16cid:durableId="302779922">
    <w:abstractNumId w:val="6"/>
  </w:num>
  <w:num w:numId="3" w16cid:durableId="1762483883">
    <w:abstractNumId w:val="5"/>
  </w:num>
  <w:num w:numId="4" w16cid:durableId="1444888014">
    <w:abstractNumId w:val="4"/>
  </w:num>
  <w:num w:numId="5" w16cid:durableId="1322152710">
    <w:abstractNumId w:val="7"/>
  </w:num>
  <w:num w:numId="6" w16cid:durableId="398554746">
    <w:abstractNumId w:val="3"/>
  </w:num>
  <w:num w:numId="7" w16cid:durableId="561719214">
    <w:abstractNumId w:val="2"/>
  </w:num>
  <w:num w:numId="8" w16cid:durableId="2055154643">
    <w:abstractNumId w:val="1"/>
  </w:num>
  <w:num w:numId="9" w16cid:durableId="1059010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431B7"/>
    <w:rsid w:val="0015074B"/>
    <w:rsid w:val="0029639D"/>
    <w:rsid w:val="002F6EC3"/>
    <w:rsid w:val="00326F90"/>
    <w:rsid w:val="006B768A"/>
    <w:rsid w:val="00905A40"/>
    <w:rsid w:val="00A9480B"/>
    <w:rsid w:val="00AA1D8D"/>
    <w:rsid w:val="00B47730"/>
    <w:rsid w:val="00CB0664"/>
    <w:rsid w:val="00DB7B33"/>
    <w:rsid w:val="00EC696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CB83D1"/>
  <w14:defaultImageDpi w14:val="300"/>
  <w15:docId w15:val="{9059BBD7-F611-40EA-A66A-51B2453F0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The Bull Pub Corringham</cp:lastModifiedBy>
  <cp:revision>5</cp:revision>
  <dcterms:created xsi:type="dcterms:W3CDTF">2025-08-28T15:25:00Z</dcterms:created>
  <dcterms:modified xsi:type="dcterms:W3CDTF">2025-08-30T15:53:00Z</dcterms:modified>
  <cp:category/>
</cp:coreProperties>
</file>